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📿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5B2333"/>
          <w:sz w:val="48"/>
          <w:rtl/>
          <w:szCs w:val="48"/>
          <w:bCs/>
        </w:rPr>
        <w:t>חוברת למידה עצמית: המחרוזת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גי דה מופאסן · סיפור קצר · חט״ב (ז׳–ט׳)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מהדורה למורה: תשובות, מחוון, מערך שיעור, 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א׳ – הבנה ומידע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ב׳ – פרשנות ואמצעים אומנותיים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ג׳ – כתיבה והערכה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כרטיס יציאה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גי דה מופאסן היה סופר צרפתי, מגדולי כותבי הסיפור הקצר בעולם. הוא כתב מאות סיפורים על אנשים פשוטים בצרפת של המאה ה־19 – פקידים, איכרים, בעלי מלאכה – ובחן את החלומות, הגאווה והטעויות שלהם בעין חדה ולעיתים אכזרית. "המחרוזת" ראה אור בשנת 1884 והפך לאחד הסיפורים הנלמדים ביותר בעולם. זהו סיפור קצר מושלם ללימוד: מבנה עלילה ברור, דמות ראשית שעוברת שינוי עמוק, וסיום מפתיע שמאיר באור חדש את כל מה שקראנו. נשאל בעקבותיו: כמה שווה ההופעה החיצונית? ומה מחירה של בושה שמסתירים?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 – חלק א׳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הן הדמויות המרכזיות בסיפור?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לואזל, בעלה, גברת פורסטייה.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מקבלת מטילדה מבעלה בתחילת הסיפור?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הזמנה לנשף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השלימו: הבעל ויתר על הכסף שחסך כדי לקנות ______.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רובה ציד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עשו בני הזוג כשגילו שהמחרוזת אבדה? ציינו שני דברים.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חיפשו לאורך הדרך, פנו למשטרה ולעיתונים, כתבו לחברה שהסוגר בתיקון, קנו מחרוזת חלופית.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עלתה המחרוזת החלופית?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36,000 פרנק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 – חלק ב׳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היא דמות עגולה ודינמית. הסבירו את שני המושגים בעזרת דוגמאות.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עגולה – בעלת עולם פנימי מורכב (חלומות, בושה, גאווה). דינמית – משתנה ממפונקת לחרוצה וקשוחה.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בסיפור ניגוד בין מטילדה לבעלה והסבירו מה הוא מלמד.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תבשיל פשוט מול חלום על כלי כסף; הוא מסתפק, היא אינה מרוצה.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מסמלת המחרוזת?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הופעה חיצונית/עושר מדומה – נוצץ ואין בו ערך אמיתי.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סוג אירוניה יש בסיום?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 של מצב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 חוזר המספר על המילים "מי יודע?"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להדגיש את חוסר הוודאות ואת כוחו של המקרה.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 – חלק ג׳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המכתב של מטילדה לבעלה אחרי הגילוי (12–15 שורות).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המחוון.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לדעתכם מטילדה הייתה צריכה לספר את האמת מיד? נמקו.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מנומקת עם דוגמה מהסיפור.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סולם שאלות לדיון – כיווני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כיוון 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עבודתו של בעלה של מטילדה?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פקיד זוטר באחד ממשרדי הממשלה בפריז.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 מטילדה בוכה כשהיא מקבלת את ההזמנה לנשף?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 אין לה שמלה מתאימה, והיא מתביישת להופיע בבגד פשוט.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מה ויתר הבעל כדי לממן את השמלה?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400 פרנק שחסך לקניית רובה ציד ולטיולי ציד בקיץ.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הצליחו בני הזוג לשלם על המחרוזת החלופית?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בירושה של 18,000 פרנק מאבי הבעל ובהלוואות רבות בריבית גבוהה, שאותן החזירו במשך עשר שנים.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גילתה מטילדה בפגישה האחרונה?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שהמחרוזת של גברת פורסטייה הייתה מזויפת, ושוויה היה לכל היותר 500 פרנק.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מלמדת הסצנה של ארוחת הערב על ההבדל בין מטילדה לבעלה?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הבעל מסתפק במועט ושמח בתבשיל פשוט, ואילו מטילדה חיה בעולם של חלומות ומותרות. הניגוד מראה שהבעיה אינה העוני עצמו אלא חוסר שביעות הרצון שלה.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 לדעתכם בחרו בני הזוג להסתיר את האובדן במקום לספר את האמת?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מבושה ומפחד להיראות לא אמינים או "גנבים" בעיני החברה העשירה; גאווה ורצון לשמור על כבודם. ההסתרה היא שמובילה לאסון.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כיצד משתנה מטילדה במהלך הסיפור? הביאו דוגמה מההתחלה ומהסוף.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בהתחלה היא מפונקת, בוכייה ומתלוננת; בסוף היא אישה חזקה, חרוצה ואחראית שעושה עבודות קשות – אבל גם מאבדת את יופייה ואת נעוריה. זו דמות דינמית.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את האירוניה בסיום הסיפור.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עשר שנות הסבל נבעו מרצון להחזיר חפץ יקר – אך החפץ היה מזויף וזול. מה שנראה יקר היה חסר ערך, ומה שהיה באמת יקר (חייהם ונעוריהם) אבד לשווא.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מסמלת המחרוזת?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 ההופעה החיצונית ואת חלום העושר: דבר נוצץ מבחוץ שאין מאחוריו ערך אמיתי.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מטילדה ראויה לגורלה? נמקו בעזרת שתי דוגמאות.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פתוחה. אפשר לטעון שכן (גאווה, חוסר שביעות רצון, הסתרה) או שלא (העונש חמור מדי, ובסוף היא מגלה אחריות ויושר ומשלמת כל פרוטה). להעריך נימוק ודוגמאות.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 הייתם גברת פורסטייה – מה הייתם עושים אחרי הגילוי? האם המחרוזת האמיתית צריכה לחזור למטילדה?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פתוחה: לשקול הגינות וחברות (להחזיר את המחרוזת האמיתית או את ערכה) מול העובדה שהסוף פתוח. לעודד נימוק מוסרי.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מחוון למשימת הכתיבה (100)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קריטריון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תוכן ונאמנות לסיפור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עובדות נכונות מהעלילה, התייחסות לגילוי ולעשר השנים.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עומק רגשי ותובנה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ביטוי רגשות מורכבים ותובנה על מה שלמדה.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אמצעים אומנותיים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לפחות דימוי אחד וניגוד אחד, משולבים היטב.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פנייה, גוף המכתב בפסקאות, סיום.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כתיב, פיסוק ותחביר תקינים.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סה״כ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מערך שיעור – 45 דקות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דקות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שאלת הפתיחה על חפץ שאול שאבד; שיתוף קצר בזוגות.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קריאה בקול של הסיפור (או קטעים 1–4) עם עצירה לניחוש: מה יקרה אחרי הנשף?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 הסיפור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בקבוצות: ממלאים את חמשת שלבי העלילה על תרשים הר הסיפור.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דמויות ואירוניה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– עגולה ודינמית: ציר "לפני/אחרי". דיון בסיום ובאירוניה.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התחלת המכתב של מטילדה לבעלה.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יציאה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אחד: מה מסמלת המחרוזת?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 התאמות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מסלול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מותאם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חט״ב רגיל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החוברת במלואה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חנ״מ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לקרוא בקול את השאלות, לאפשר מענה בעל־פה או בבחירה מ־3 אפשרויות, בלי הגבלת זמן, רמז אחרי שתי טעויות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עולים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לצרף את טבלת המילים מעמוד היצירה באתר, משפטים קצרים, מילון בלחיצה באתר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יסודי / תיכון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לשונית "יסודי" או "תיכון" בעמוד היצירה באתר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הסכומים בסיפור: 400 פרנק לשמלה; מחרוזת חלופית ב־36,000 (מחיר מקורי 40,000); ירושה של 18,000; המחרוזת המקורית שווה "לכל היותר 500 פרנק" – לפי הנוסח הצרפתי.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בתרגום: "באחד ממשרדי הממשלה" – במקור משרד ההשכלה הציבורית; ההזמנה מאת השר ורעייתו.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שם בעלה של מטילדה אינו מופיע בסיפור (רק שם המשפחה לואזל).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📗 חוברת התלמיד: המחרוזת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גי דה מופאסן היה סופר צרפתי, מגדולי כותבי הסיפור הקצר בעולם. הוא כתב מאות סיפורים על אנשים פשוטים בצרפת של המאה ה־19 – פקידים, איכרים, בעלי מלאכה – ובחן את החלומות, הגאווה והטעויות שלהם בעין חדה ולעיתים אכזרית. "המחרוזת" ראה אור בשנת 1884 והפך לאחד הסיפורים הנלמדים ביותר בעולם. זהו סיפור קצר מושלם ללימוד: מבנה עלילה ברור, דמות ראשית שעוברת שינוי עמוק, וסיום מפתיע שמאיר באור חדש את כל מה שקראנו. נשאל בעקבותיו: כמה שווה ההופעה החיצונית? ומה מחירה של בושה שמסתירים?</w:t>
      </w:r>
    </w:p>
    <w:p>
      <w:pPr>
        <w:bidi/>
        <w:jc w:val="right"/>
      </w:pPr>
      <w:r>
        <w:rPr>
          <w:rFonts w:ascii="Arial" w:hAnsi="Arial" w:cs="Arial"/>
          <w:b/>
          <w:color w:val="7A3B2E"/>
          <w:sz w:val="26"/>
          <w:rtl/>
          <w:szCs w:val="26"/>
          <w:bCs/>
        </w:rPr>
        <w:t>▌ 🪝 לפני הקריאה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דמיינו ששאלתם מחבר או מחברה חפץ יקר מאוד – ואיבדתם אותו. מה הייתם עושים: מספרים מיד את האמת, או מנסים להחליף אותו בשקט? כתבו שתי שורות ושתפו בזוגות.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מן היצירה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קטע 1 · הפתיחה: אישה שנולדה "בטעות"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היא הייתה אחת מאותן נערות יפות ומקסימות שנולדו, כמו בטעות של הגורל, במשפחה של פקידים.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לא הייתה לה נדוניה, לא היו לה ציפיות, ולא שום דרך להיות מוכרת, מובנת, אהובה ונשואה לאדם עשיר ומכובד;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ולכן הניחה שישיאו אותה לפקיד קטן באחד ממשרדי הממשלה.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היא סבלה בלי הרף, כי הרגישה שנולדה לכל העידונים ולכל המותרות.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קטע 2 · שני עולמות סביב שולחן אחד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כשישבה לארוחת הערב ליד השולחן העגול, המכוסה במפה שלא הוחלפה שלושה ימים,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מול בעלה, שהרים את מכסה הסיר והכריז בהתלהבות: "אה, איזה תבשיל נהדר! אין דבר טוב מזה..."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היא חלמה על ארוחות מעודנות, על כלי כסף מבריקים,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ועל מטעמים נדירים המוגשים בכלים נפלאים.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קטע 3 · ההזמנה לנשף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במקום לשמוח, כפי שקיווה בעלה, היא השליכה בכעס את ההזמנה על השולחן ומלמלה: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— מה אתה רוצה שאעשה עם 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— אבל יקירתי, חשבתי שתשמחי. את אף פעם לא יוצאת, וזו הזדמנות, ועוד איזו!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היא הביטה בו בעיניים כועסות ואמרה בקוצר רוח: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— ומה אתה רוצה שאלבש כדי ללכת לשם?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קטע 4 · מול תיבת התכשיטים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פתאום גילתה, בתוך קופסה של סאטן שחור, מחרוזת יהלומים נהדרת, ולבה החל לפעום בתשוקה שאין לה גבול.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ידיה רעדו כשהרימה אותה. היא ענדה אותה על צווארה ונותרה עומדת מול עצמה, נפעמת.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ואז שאלה, בהיסוס ובחרדה: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— את יכולה להשאיל לי את זה? רק את 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— כן, ודאי.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קטע 5 · עשר שנים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והחיים האלה נמשכו עשר שנים.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היה קורה אילו לא הייתה מאבדת את התכשיט? מי יודע? מי יודע?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משונים החיים, כמה הפכפכים!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מעט צריך כדי לאבד אדם – או להצילו!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קטע 6 · הסיום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— הבאתי לך אחרת, זהה לגמרי. וכבר עשר שנים אנחנו משלמים עליה.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גברת פורסטייה נעצרה.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— את אומרת שקנית מחרוזת יהלומים כדי להחליף את שלי?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— כן. לא שמת לב, נכון? הן היו ממש דומות.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והיא חייכה בשמחה גאה ותמימה.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גברת פורסטייה, נרגשת מאוד, אחזה בשתי ידיה.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— הו, מטילדה המסכנה שלי! אבל שלי הייתה מזויפת. היא שווה לכל היותר חמש מאות פרנק!...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⛰️ הר הסיפור שלי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קורה? (כתבו במילים שלכם)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אקספוזיציה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מפנה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🎭 כרטיס דמות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דמות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ראשית/משנית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עגולה/שטוחה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דינמית/סטטית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תכונה + הוכחה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לואזל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 לואזל (הבעל)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גברת פורסטייה (ז׳אן)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מי הן הדמויות המרכזיות בסיפור?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מקבלת מטילדה מבעלה בתחילת הסיפור?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מתנה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הזמנה לנשף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מכתב מחברה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מחרוזת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הבעל ויתר על הכסף שחסך כדי לקנות ______.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עשו בני הזוג כשגילו שהמחרוזת אבדה? ציינו שני דברים.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כמה עלתה המחרוזת החלופית?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400 פרנק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500 פרנק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36,000 פרנק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18,000 פרנק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פרשנות ואמצעים אומנותיים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מטילדה היא דמות עגולה ודינמית. הסבירו את שני המושגים בעזרת דוגמאות.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מצאו בסיפור ניגוד בין מטילדה לבעלה והסבירו מה הוא מלמד.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מה מסמלת המחרוזת?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איזה סוג אירוניה יש בסיום?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אירוניה מילולית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אירוניה של מצב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אין אירוניה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הגזמה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מדוע חוזר המספר על המילים "מי יודע?"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והערכה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את המכתב של מטילדה לבעלה אחרי הגילוי (12–15 שורות).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האם לדעתכם מטילדה הייתה צריכה לספר את האמת מיד? נמקו.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🖊️ משימת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את המכתב שמטילדה כותבת לבעלה בערב שאחרי הפגישה בשאנז אליזה (12–15 שורות): מה היא מרגישה, מה למדה, ומה היא מחליטה לעשות עכשיו. שלבו לפחות דימוי אחד וניגוד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🎫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מילה אחת שמתארת את מטילדה בהתחלה ומילה אחת בסוף: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הפתיע אתכם בסיום?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שאלה אחת שהייתי רוצה לשאול את מטילדה: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למידה עצמית: המחרוזת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